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2880"/>
        <w:gridCol w:w="648"/>
        <w:gridCol w:w="144"/>
        <w:gridCol w:w="144"/>
        <w:gridCol w:w="1008"/>
        <w:gridCol w:w="144"/>
        <w:gridCol w:w="504"/>
        <w:gridCol w:w="1008"/>
        <w:gridCol w:w="288"/>
        <w:gridCol w:w="936"/>
        <w:gridCol w:w="1224"/>
      </w:tblGrid>
      <w:tr w:rsidR="00405C41" w14:paraId="35275FF6" w14:textId="77777777">
        <w:trPr>
          <w:jc w:val="center"/>
        </w:trPr>
        <w:tc>
          <w:tcPr>
            <w:tcW w:w="4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C6E2FAE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64A"/>
                <w:sz w:val="48"/>
              </w:rPr>
              <w:t>INVOICE</w:t>
            </w:r>
          </w:p>
        </w:tc>
        <w:tc>
          <w:tcPr>
            <w:tcW w:w="48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1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28091D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color w:val="263238"/>
                <w:sz w:val="26"/>
              </w:rPr>
              <w:t>Your Company Name</w:t>
            </w:r>
          </w:p>
          <w:p w14:paraId="4CF294BF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color w:val="263238"/>
                <w:sz w:val="15"/>
              </w:rPr>
              <w:t>Your Company Address</w:t>
            </w:r>
          </w:p>
          <w:p w14:paraId="11413CDB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color w:val="263238"/>
                <w:sz w:val="15"/>
              </w:rPr>
              <w:t>Phone • Email • Website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6E737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EC84C64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LOGO</w:t>
            </w:r>
          </w:p>
        </w:tc>
      </w:tr>
      <w:tr w:rsidR="00405C41" w14:paraId="55E0B88C" w14:textId="77777777">
        <w:trPr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992CB8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b/>
                <w:color w:val="26364A"/>
                <w:sz w:val="15"/>
              </w:rPr>
              <w:t>INVOICE NO.</w:t>
            </w:r>
          </w:p>
        </w:tc>
        <w:tc>
          <w:tcPr>
            <w:tcW w:w="381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9556C35" w14:textId="56529BBA" w:rsidR="00405C41" w:rsidRDefault="00000000">
            <w:pPr>
              <w:spacing w:after="0" w:line="240" w:lineRule="auto"/>
            </w:pPr>
            <w:r>
              <w:rPr>
                <w:rFonts w:ascii="Aptos" w:hAnsi="Aptos"/>
                <w:b/>
                <w:color w:val="263238"/>
                <w:sz w:val="16"/>
              </w:rPr>
              <w:t>INV-2026-001</w:t>
            </w:r>
            <w:r w:rsidR="00A56667">
              <w:rPr>
                <w:rFonts w:ascii="Aptos" w:hAnsi="Aptos"/>
                <w:b/>
                <w:color w:val="263238"/>
                <w:sz w:val="16"/>
              </w:rPr>
              <w:t xml:space="preserve">  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24ED2B" w14:textId="59C9034E" w:rsidR="00405C41" w:rsidRDefault="00405C41">
            <w:pPr>
              <w:spacing w:after="0" w:line="240" w:lineRule="auto"/>
            </w:pPr>
          </w:p>
        </w:tc>
        <w:tc>
          <w:tcPr>
            <w:tcW w:w="34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AB6222" w14:textId="01EA095E" w:rsidR="00405C41" w:rsidRDefault="00A56667">
            <w:pPr>
              <w:spacing w:after="0" w:line="240" w:lineRule="auto"/>
              <w:jc w:val="right"/>
            </w:pPr>
            <w:r>
              <w:rPr>
                <w:rFonts w:ascii="Aptos" w:hAnsi="Aptos"/>
                <w:b/>
                <w:color w:val="26364A"/>
                <w:sz w:val="15"/>
              </w:rPr>
              <w:t>DATE</w:t>
            </w:r>
            <w:r>
              <w:rPr>
                <w:rFonts w:ascii="Aptos" w:hAnsi="Aptos"/>
                <w:b/>
                <w:color w:val="26364A"/>
                <w:sz w:val="15"/>
              </w:rPr>
              <w:t>:</w:t>
            </w:r>
            <w:r>
              <w:rPr>
                <w:rFonts w:ascii="Aptos" w:hAnsi="Aptos"/>
                <w:b/>
                <w:color w:val="263238"/>
                <w:sz w:val="16"/>
              </w:rPr>
              <w:t xml:space="preserve">            </w:t>
            </w:r>
            <w:r w:rsidR="00000000">
              <w:rPr>
                <w:rFonts w:ascii="Aptos" w:hAnsi="Aptos"/>
                <w:b/>
                <w:color w:val="263238"/>
                <w:sz w:val="16"/>
              </w:rPr>
              <w:t>12/20/2026</w:t>
            </w:r>
          </w:p>
        </w:tc>
      </w:tr>
      <w:tr w:rsidR="00405C41" w14:paraId="5839227C" w14:textId="77777777">
        <w:trPr>
          <w:jc w:val="center"/>
        </w:trPr>
        <w:tc>
          <w:tcPr>
            <w:tcW w:w="52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914B8FD" w14:textId="77777777" w:rsidR="00405C41" w:rsidRDefault="00405C41">
            <w:pPr>
              <w:spacing w:line="240" w:lineRule="auto"/>
            </w:pPr>
          </w:p>
        </w:tc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098B7E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66727A"/>
                <w:sz w:val="14"/>
              </w:rPr>
              <w:t>Payment terms: Due on receipt or within 7 days</w:t>
            </w:r>
          </w:p>
        </w:tc>
      </w:tr>
      <w:tr w:rsidR="00405C41" w14:paraId="7F96FE13" w14:textId="77777777">
        <w:trPr>
          <w:jc w:val="center"/>
        </w:trPr>
        <w:tc>
          <w:tcPr>
            <w:tcW w:w="52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ECD45A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b/>
                <w:color w:val="26364A"/>
                <w:sz w:val="15"/>
              </w:rPr>
              <w:t>BILL TO</w:t>
            </w:r>
          </w:p>
          <w:p w14:paraId="729B4A59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&lt;Contact Name&gt;</w:t>
            </w:r>
          </w:p>
          <w:p w14:paraId="4A802760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&lt;Client Company Name&gt;</w:t>
            </w:r>
          </w:p>
          <w:p w14:paraId="31736F35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&lt;Address&gt;</w:t>
            </w:r>
          </w:p>
          <w:p w14:paraId="347E1C39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&lt;Phone&gt;</w:t>
            </w:r>
          </w:p>
          <w:p w14:paraId="650D739F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&lt;Email&gt;</w:t>
            </w:r>
          </w:p>
        </w:tc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0198E73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b/>
                <w:color w:val="26364A"/>
                <w:sz w:val="15"/>
              </w:rPr>
              <w:t>SHIP TO</w:t>
            </w:r>
          </w:p>
          <w:p w14:paraId="7F7ABCFF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&lt;Name / Department&gt;</w:t>
            </w:r>
          </w:p>
          <w:p w14:paraId="22B18012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&lt;Client Company Name&gt;</w:t>
            </w:r>
          </w:p>
          <w:p w14:paraId="0E8AE8B7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&lt;Address&gt;</w:t>
            </w:r>
          </w:p>
          <w:p w14:paraId="020E7479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5"/>
              </w:rPr>
              <w:t>&lt;Phone&gt;</w:t>
            </w:r>
          </w:p>
        </w:tc>
      </w:tr>
      <w:tr w:rsidR="00405C41" w14:paraId="145AD729" w14:textId="77777777">
        <w:trPr>
          <w:jc w:val="center"/>
        </w:trPr>
        <w:tc>
          <w:tcPr>
            <w:tcW w:w="5112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6E737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E9E20FB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DESCRIPTION</w:t>
            </w:r>
          </w:p>
        </w:tc>
        <w:tc>
          <w:tcPr>
            <w:tcW w:w="1296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6E737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641453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QTY</w:t>
            </w:r>
          </w:p>
        </w:tc>
        <w:tc>
          <w:tcPr>
            <w:tcW w:w="1944" w:type="dxa"/>
            <w:gridSpan w:val="4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6E737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16C9781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UNIT PRICE</w:t>
            </w:r>
          </w:p>
        </w:tc>
        <w:tc>
          <w:tcPr>
            <w:tcW w:w="2160" w:type="dxa"/>
            <w:gridSpan w:val="2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6E737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FD2AAC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TOTAL</w:t>
            </w:r>
          </w:p>
        </w:tc>
      </w:tr>
      <w:tr w:rsidR="00405C41" w14:paraId="37997EC9" w14:textId="77777777">
        <w:trPr>
          <w:trHeight w:val="331"/>
          <w:jc w:val="center"/>
        </w:trPr>
        <w:tc>
          <w:tcPr>
            <w:tcW w:w="5112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FD0F17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4"/>
              </w:rPr>
              <w:t>Widget 1</w:t>
            </w:r>
          </w:p>
        </w:tc>
        <w:tc>
          <w:tcPr>
            <w:tcW w:w="1296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38E555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1</w:t>
            </w:r>
          </w:p>
        </w:tc>
        <w:tc>
          <w:tcPr>
            <w:tcW w:w="1944" w:type="dxa"/>
            <w:gridSpan w:val="4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C2D102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$ 5.00</w:t>
            </w:r>
          </w:p>
        </w:tc>
        <w:tc>
          <w:tcPr>
            <w:tcW w:w="2160" w:type="dxa"/>
            <w:gridSpan w:val="2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FD91F7B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$ 5.00</w:t>
            </w:r>
          </w:p>
        </w:tc>
      </w:tr>
      <w:tr w:rsidR="00405C41" w14:paraId="60241A0A" w14:textId="77777777">
        <w:trPr>
          <w:trHeight w:val="331"/>
          <w:jc w:val="center"/>
        </w:trPr>
        <w:tc>
          <w:tcPr>
            <w:tcW w:w="5112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5F5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A1BB57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4"/>
              </w:rPr>
              <w:t>Item 2</w:t>
            </w:r>
          </w:p>
        </w:tc>
        <w:tc>
          <w:tcPr>
            <w:tcW w:w="1296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5F5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59CB5AC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1</w:t>
            </w:r>
          </w:p>
        </w:tc>
        <w:tc>
          <w:tcPr>
            <w:tcW w:w="1944" w:type="dxa"/>
            <w:gridSpan w:val="4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5F5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F262BE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$ 7.00</w:t>
            </w:r>
          </w:p>
        </w:tc>
        <w:tc>
          <w:tcPr>
            <w:tcW w:w="2160" w:type="dxa"/>
            <w:gridSpan w:val="2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5F5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8C31C5E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$ 7.00</w:t>
            </w:r>
          </w:p>
        </w:tc>
      </w:tr>
      <w:tr w:rsidR="00405C41" w14:paraId="4BEADEA9" w14:textId="77777777">
        <w:trPr>
          <w:trHeight w:val="331"/>
          <w:jc w:val="center"/>
        </w:trPr>
        <w:tc>
          <w:tcPr>
            <w:tcW w:w="5112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07CDF1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4"/>
              </w:rPr>
              <w:t>Tool 3</w:t>
            </w:r>
          </w:p>
        </w:tc>
        <w:tc>
          <w:tcPr>
            <w:tcW w:w="1296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A748E5D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1</w:t>
            </w:r>
          </w:p>
        </w:tc>
        <w:tc>
          <w:tcPr>
            <w:tcW w:w="1944" w:type="dxa"/>
            <w:gridSpan w:val="4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4864A46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$ 8.00</w:t>
            </w:r>
          </w:p>
        </w:tc>
        <w:tc>
          <w:tcPr>
            <w:tcW w:w="2160" w:type="dxa"/>
            <w:gridSpan w:val="2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DC13A8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$ 8.00</w:t>
            </w:r>
          </w:p>
        </w:tc>
      </w:tr>
      <w:tr w:rsidR="00405C41" w14:paraId="1004E273" w14:textId="77777777">
        <w:trPr>
          <w:trHeight w:val="331"/>
          <w:jc w:val="center"/>
        </w:trPr>
        <w:tc>
          <w:tcPr>
            <w:tcW w:w="5112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5F5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6CCFF1" w14:textId="77777777" w:rsidR="00405C41" w:rsidRDefault="00405C41">
            <w:pPr>
              <w:spacing w:after="0" w:line="240" w:lineRule="auto"/>
            </w:pPr>
          </w:p>
        </w:tc>
        <w:tc>
          <w:tcPr>
            <w:tcW w:w="1296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5F5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571FC29" w14:textId="77777777" w:rsidR="00405C41" w:rsidRDefault="00405C41">
            <w:pPr>
              <w:spacing w:after="0" w:line="240" w:lineRule="auto"/>
              <w:jc w:val="right"/>
            </w:pPr>
          </w:p>
        </w:tc>
        <w:tc>
          <w:tcPr>
            <w:tcW w:w="1944" w:type="dxa"/>
            <w:gridSpan w:val="4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5F5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0E37FCB" w14:textId="77777777" w:rsidR="00405C41" w:rsidRDefault="00405C41">
            <w:pPr>
              <w:spacing w:after="0" w:line="240" w:lineRule="auto"/>
              <w:jc w:val="right"/>
            </w:pPr>
          </w:p>
        </w:tc>
        <w:tc>
          <w:tcPr>
            <w:tcW w:w="2160" w:type="dxa"/>
            <w:gridSpan w:val="2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F5F5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AA72D9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color w:val="263238"/>
                <w:sz w:val="14"/>
              </w:rPr>
              <w:t>$ 0.00</w:t>
            </w:r>
          </w:p>
        </w:tc>
      </w:tr>
      <w:tr w:rsidR="00405C41" w14:paraId="4C28A163" w14:textId="77777777">
        <w:trPr>
          <w:jc w:val="center"/>
        </w:trPr>
        <w:tc>
          <w:tcPr>
            <w:tcW w:w="655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E38D6F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64A"/>
                <w:sz w:val="15"/>
              </w:rPr>
              <w:t>Remarks / Payment Instructions:</w:t>
            </w:r>
          </w:p>
          <w:p w14:paraId="03B58E0E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263238"/>
                <w:sz w:val="14"/>
              </w:rPr>
              <w:t>Thank you for your business.</w:t>
            </w:r>
          </w:p>
          <w:p w14:paraId="67176170" w14:textId="77777777" w:rsidR="00405C41" w:rsidRDefault="00000000">
            <w:pPr>
              <w:spacing w:after="0" w:line="240" w:lineRule="auto"/>
            </w:pPr>
            <w:r>
              <w:rPr>
                <w:rFonts w:ascii="Aptos" w:hAnsi="Aptos"/>
                <w:color w:val="66727A"/>
                <w:sz w:val="14"/>
              </w:rPr>
              <w:t>Please include the invoice number with your payment.</w:t>
            </w: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701E1EE" w14:textId="77777777" w:rsidR="00405C41" w:rsidRDefault="00405C41">
            <w:pPr>
              <w:spacing w:line="240" w:lineRule="auto"/>
            </w:pPr>
          </w:p>
          <w:p w14:paraId="6E450B93" w14:textId="77777777" w:rsidR="00405C41" w:rsidRDefault="00000000">
            <w:pPr>
              <w:spacing w:after="60" w:line="240" w:lineRule="auto"/>
              <w:jc w:val="right"/>
            </w:pPr>
            <w:r>
              <w:rPr>
                <w:rFonts w:ascii="Aptos" w:hAnsi="Aptos"/>
                <w:b/>
                <w:color w:val="66727A"/>
                <w:sz w:val="14"/>
              </w:rPr>
              <w:t xml:space="preserve">SUBTOTAL   </w:t>
            </w:r>
            <w:r>
              <w:rPr>
                <w:rFonts w:ascii="Aptos" w:hAnsi="Aptos"/>
                <w:color w:val="263238"/>
                <w:sz w:val="14"/>
              </w:rPr>
              <w:t>$ 20.00</w:t>
            </w:r>
          </w:p>
          <w:p w14:paraId="69D9F55E" w14:textId="77777777" w:rsidR="00405C41" w:rsidRDefault="00000000">
            <w:pPr>
              <w:spacing w:after="60" w:line="240" w:lineRule="auto"/>
              <w:jc w:val="right"/>
            </w:pPr>
            <w:r>
              <w:rPr>
                <w:rFonts w:ascii="Aptos" w:hAnsi="Aptos"/>
                <w:b/>
                <w:color w:val="66727A"/>
                <w:sz w:val="14"/>
              </w:rPr>
              <w:t xml:space="preserve">DISCOUNT   </w:t>
            </w:r>
            <w:r>
              <w:rPr>
                <w:rFonts w:ascii="Aptos" w:hAnsi="Aptos"/>
                <w:color w:val="263238"/>
                <w:sz w:val="14"/>
              </w:rPr>
              <w:t>$ 2.00</w:t>
            </w:r>
          </w:p>
          <w:p w14:paraId="69A717CC" w14:textId="0D448C80" w:rsidR="00405C41" w:rsidRDefault="00000000">
            <w:pPr>
              <w:spacing w:after="60" w:line="240" w:lineRule="auto"/>
              <w:jc w:val="right"/>
            </w:pPr>
            <w:r>
              <w:rPr>
                <w:rFonts w:ascii="Aptos" w:hAnsi="Aptos"/>
                <w:b/>
                <w:color w:val="66727A"/>
                <w:sz w:val="14"/>
              </w:rPr>
              <w:t xml:space="preserve">SUBTOTAL </w:t>
            </w:r>
            <w:r w:rsidR="00A56667">
              <w:rPr>
                <w:rFonts w:ascii="Aptos" w:hAnsi="Aptos"/>
                <w:b/>
                <w:color w:val="66727A"/>
                <w:sz w:val="14"/>
              </w:rPr>
              <w:t xml:space="preserve">- </w:t>
            </w:r>
            <w:r>
              <w:rPr>
                <w:rFonts w:ascii="Aptos" w:hAnsi="Aptos"/>
                <w:b/>
                <w:color w:val="66727A"/>
                <w:sz w:val="14"/>
              </w:rPr>
              <w:t xml:space="preserve">DISCOUNT   </w:t>
            </w:r>
            <w:r>
              <w:rPr>
                <w:rFonts w:ascii="Aptos" w:hAnsi="Aptos"/>
                <w:color w:val="263238"/>
                <w:sz w:val="14"/>
              </w:rPr>
              <w:t>$ 18.00</w:t>
            </w:r>
          </w:p>
          <w:p w14:paraId="4A48E897" w14:textId="77777777" w:rsidR="00405C41" w:rsidRDefault="00000000">
            <w:pPr>
              <w:spacing w:after="60" w:line="240" w:lineRule="auto"/>
              <w:jc w:val="right"/>
            </w:pPr>
            <w:r>
              <w:rPr>
                <w:rFonts w:ascii="Aptos" w:hAnsi="Aptos"/>
                <w:b/>
                <w:color w:val="66727A"/>
                <w:sz w:val="14"/>
              </w:rPr>
              <w:t xml:space="preserve">TAX RATE   </w:t>
            </w:r>
            <w:r>
              <w:rPr>
                <w:rFonts w:ascii="Aptos" w:hAnsi="Aptos"/>
                <w:color w:val="263238"/>
                <w:sz w:val="14"/>
              </w:rPr>
              <w:t>8.00%</w:t>
            </w:r>
          </w:p>
          <w:p w14:paraId="6A0FCFE1" w14:textId="77777777" w:rsidR="00405C41" w:rsidRDefault="00000000">
            <w:pPr>
              <w:spacing w:after="60" w:line="240" w:lineRule="auto"/>
              <w:jc w:val="right"/>
            </w:pPr>
            <w:r>
              <w:rPr>
                <w:rFonts w:ascii="Aptos" w:hAnsi="Aptos"/>
                <w:b/>
                <w:color w:val="66727A"/>
                <w:sz w:val="14"/>
              </w:rPr>
              <w:t xml:space="preserve">TOTAL TAX   </w:t>
            </w:r>
            <w:r>
              <w:rPr>
                <w:rFonts w:ascii="Aptos" w:hAnsi="Aptos"/>
                <w:color w:val="263238"/>
                <w:sz w:val="14"/>
              </w:rPr>
              <w:t>$ 1.44</w:t>
            </w:r>
          </w:p>
          <w:p w14:paraId="7BA6E192" w14:textId="77777777" w:rsidR="00405C41" w:rsidRDefault="00000000">
            <w:pPr>
              <w:spacing w:after="60" w:line="240" w:lineRule="auto"/>
              <w:jc w:val="right"/>
            </w:pPr>
            <w:r>
              <w:rPr>
                <w:rFonts w:ascii="Aptos" w:hAnsi="Aptos"/>
                <w:b/>
                <w:color w:val="66727A"/>
                <w:sz w:val="14"/>
              </w:rPr>
              <w:t xml:space="preserve">SHIPPING/HANDLING   </w:t>
            </w:r>
            <w:r>
              <w:rPr>
                <w:rFonts w:ascii="Aptos" w:hAnsi="Aptos"/>
                <w:color w:val="263238"/>
                <w:sz w:val="14"/>
              </w:rPr>
              <w:t>$ 0.00</w:t>
            </w:r>
          </w:p>
        </w:tc>
      </w:tr>
      <w:tr w:rsidR="00405C41" w14:paraId="75981716" w14:textId="77777777">
        <w:trPr>
          <w:jc w:val="center"/>
        </w:trPr>
        <w:tc>
          <w:tcPr>
            <w:tcW w:w="6552" w:type="dxa"/>
            <w:gridSpan w:val="7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6E737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DC43CD7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Balance Due</w:t>
            </w:r>
          </w:p>
        </w:tc>
        <w:tc>
          <w:tcPr>
            <w:tcW w:w="1512" w:type="dxa"/>
            <w:gridSpan w:val="2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6E737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5ED0D4" w14:textId="77777777" w:rsidR="00405C41" w:rsidRDefault="00000000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$</w:t>
            </w:r>
          </w:p>
        </w:tc>
        <w:tc>
          <w:tcPr>
            <w:tcW w:w="2448" w:type="dxa"/>
            <w:gridSpan w:val="3"/>
            <w:tcBorders>
              <w:top w:val="single" w:sz="5" w:space="0" w:color="D0D3D5"/>
              <w:left w:val="single" w:sz="5" w:space="0" w:color="D0D3D5"/>
              <w:bottom w:val="single" w:sz="5" w:space="0" w:color="D0D3D5"/>
              <w:right w:val="single" w:sz="5" w:space="0" w:color="D0D3D5"/>
            </w:tcBorders>
            <w:shd w:val="clear" w:color="auto" w:fill="6E737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C7E5537" w14:textId="77777777" w:rsidR="00405C41" w:rsidRDefault="00000000">
            <w:pPr>
              <w:spacing w:after="0" w:line="240" w:lineRule="auto"/>
              <w:jc w:val="right"/>
            </w:pPr>
            <w:r>
              <w:rPr>
                <w:rFonts w:ascii="Aptos" w:hAnsi="Aptos"/>
                <w:b/>
                <w:color w:val="FFFFFF"/>
                <w:sz w:val="20"/>
              </w:rPr>
              <w:t>19.44</w:t>
            </w:r>
          </w:p>
        </w:tc>
      </w:tr>
    </w:tbl>
    <w:p w14:paraId="66BAADB6" w14:textId="77777777" w:rsidR="00C84E68" w:rsidRDefault="00C84E68"/>
    <w:sectPr w:rsidR="00C84E68" w:rsidSect="007A59A6">
      <w:footerReference w:type="default" r:id="rId8"/>
      <w:pgSz w:w="11909" w:h="16834"/>
      <w:pgMar w:top="851" w:right="605" w:bottom="504" w:left="60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170A0" w14:textId="77777777" w:rsidR="00C84E68" w:rsidRDefault="00C84E68">
      <w:pPr>
        <w:spacing w:after="0" w:line="240" w:lineRule="auto"/>
      </w:pPr>
      <w:r>
        <w:separator/>
      </w:r>
    </w:p>
  </w:endnote>
  <w:endnote w:type="continuationSeparator" w:id="0">
    <w:p w14:paraId="2CAA2D3C" w14:textId="77777777" w:rsidR="00C84E68" w:rsidRDefault="00C84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8CCDB" w14:textId="77777777" w:rsidR="00405C41" w:rsidRDefault="00000000">
    <w:pPr>
      <w:pStyle w:val="Footer"/>
      <w:jc w:val="center"/>
    </w:pPr>
    <w:r>
      <w:rPr>
        <w:rFonts w:ascii="Aptos" w:hAnsi="Aptos"/>
        <w:color w:val="66727A"/>
        <w:sz w:val="12"/>
      </w:rPr>
      <w:t>Modern Invoice Template • 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E3DEB" w14:textId="77777777" w:rsidR="00C84E68" w:rsidRDefault="00C84E68">
      <w:pPr>
        <w:spacing w:after="0" w:line="240" w:lineRule="auto"/>
      </w:pPr>
      <w:r>
        <w:separator/>
      </w:r>
    </w:p>
  </w:footnote>
  <w:footnote w:type="continuationSeparator" w:id="0">
    <w:p w14:paraId="32EB78A6" w14:textId="77777777" w:rsidR="00C84E68" w:rsidRDefault="00C84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267644">
    <w:abstractNumId w:val="8"/>
  </w:num>
  <w:num w:numId="2" w16cid:durableId="393427473">
    <w:abstractNumId w:val="6"/>
  </w:num>
  <w:num w:numId="3" w16cid:durableId="721175842">
    <w:abstractNumId w:val="5"/>
  </w:num>
  <w:num w:numId="4" w16cid:durableId="176695157">
    <w:abstractNumId w:val="4"/>
  </w:num>
  <w:num w:numId="5" w16cid:durableId="1233740737">
    <w:abstractNumId w:val="7"/>
  </w:num>
  <w:num w:numId="6" w16cid:durableId="850141568">
    <w:abstractNumId w:val="3"/>
  </w:num>
  <w:num w:numId="7" w16cid:durableId="458307640">
    <w:abstractNumId w:val="2"/>
  </w:num>
  <w:num w:numId="8" w16cid:durableId="419647544">
    <w:abstractNumId w:val="1"/>
  </w:num>
  <w:num w:numId="9" w16cid:durableId="600180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5C41"/>
    <w:rsid w:val="007A59A6"/>
    <w:rsid w:val="00A56667"/>
    <w:rsid w:val="00AA1D8D"/>
    <w:rsid w:val="00B3132D"/>
    <w:rsid w:val="00B47730"/>
    <w:rsid w:val="00C84E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BAB9E3"/>
  <w14:defaultImageDpi w14:val="300"/>
  <w15:docId w15:val="{1C8BEA14-ECCD-4A3B-B468-A0884AF5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Tushar</cp:lastModifiedBy>
  <cp:revision>3</cp:revision>
  <dcterms:created xsi:type="dcterms:W3CDTF">2013-12-23T23:15:00Z</dcterms:created>
  <dcterms:modified xsi:type="dcterms:W3CDTF">2026-10-06T06:15:00Z</dcterms:modified>
  <cp:category/>
</cp:coreProperties>
</file>